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Sanika Kulkarni</w:t>
      </w:r>
    </w:p>
    <w:p>
      <w:r>
        <w:t>Email: sanikakulkarni099@gmail.com</w:t>
      </w:r>
    </w:p>
    <w:p>
      <w:r>
        <w:t>Phone: 8767535007</w:t>
      </w:r>
    </w:p>
    <w:p>
      <w:r>
        <w:t>Location: Sangola, Maharashtra</w:t>
      </w:r>
    </w:p>
    <w:p>
      <w:r>
        <w:t>Date: 17 June 2025</w:t>
      </w:r>
    </w:p>
    <w:p/>
    <w:p>
      <w:r>
        <w:t>To,</w:t>
      </w:r>
    </w:p>
    <w:p>
      <w:r>
        <w:t>The Hiring Manager</w:t>
      </w:r>
    </w:p>
    <w:p>
      <w:r>
        <w:t>Wipro Ltd.</w:t>
      </w:r>
    </w:p>
    <w:p>
      <w:r>
        <w:t>Pune, India</w:t>
      </w:r>
    </w:p>
    <w:p/>
    <w:p>
      <w:r>
        <w:t>Subject: Application for Developer Position (Requisition ID: 12208)</w:t>
      </w:r>
    </w:p>
    <w:p/>
    <w:p>
      <w:r>
        <w:t>Dear Hiring Manager,</w:t>
        <w:br/>
        <w:br/>
        <w:t>I am writing to express my interest in the Developer position at Wipro Ltd. (Requisition ID: 12208), as advertised on your careers portal. As a recent graduate in B.Tech in Artificial Intelligence and Data Science from Fabtech Technical Campus College of Engineering, Sangola, I am eager to begin my career with a reputed organization like Wipro.</w:t>
        <w:br/>
        <w:br/>
        <w:t>During my academic journey, I have developed strong foundations in programming (Python, Java), databases (SQL), and software development life cycle (SDLC). I have also worked on multiple academic projects, including a House Price Prediction system using machine learning and a Digit Recognition model using convolutional neural networks (CNN). Additionally, I completed a six-month internship at Code Spyder Pvt. Ltd., Pune, where I contributed to real-time data analysis tasks.</w:t>
        <w:br/>
        <w:br/>
        <w:t>I am passionate about learning and coding, and I take pride in my attention to detail and commitment to delivering high-quality work. I am confident that my educational background, combined with my dedication and adaptability, make me a strong fit for this role.</w:t>
        <w:br/>
        <w:br/>
        <w:t>I would be grateful for the opportunity to be a part of Wipro’s innovative team. Thank you for considering my application. I look forward to the possibility of discussing my profile further in an interview.</w:t>
        <w:br/>
        <w:br/>
        <w:t>Sincerely,</w:t>
        <w:br/>
        <w:t>Sanika Kulkarni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